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D7724" w14:textId="4EC70573" w:rsidR="00705407" w:rsidRDefault="00705407" w:rsidP="004F26AB">
      <w:pPr>
        <w:jc w:val="center"/>
      </w:pPr>
    </w:p>
    <w:p w14:paraId="7240793D" w14:textId="522BF1F4" w:rsidR="00705407" w:rsidRDefault="003D2D5B">
      <w:r>
        <w:rPr>
          <w:b/>
        </w:rPr>
        <w:t>To: (</w:t>
      </w:r>
      <w:r w:rsidRPr="009E4545">
        <w:rPr>
          <w:b/>
          <w:color w:val="FF0000"/>
        </w:rPr>
        <w:t xml:space="preserve">Member </w:t>
      </w:r>
      <w:proofErr w:type="gramStart"/>
      <w:r w:rsidRPr="009E4545">
        <w:rPr>
          <w:b/>
          <w:color w:val="FF0000"/>
        </w:rPr>
        <w:t>Name</w:t>
      </w:r>
      <w:r w:rsidR="00E56955">
        <w:rPr>
          <w:b/>
          <w:color w:val="FF0000"/>
        </w:rPr>
        <w:t xml:space="preserve"> </w:t>
      </w:r>
      <w:r>
        <w:rPr>
          <w:b/>
        </w:rPr>
        <w:t>)</w:t>
      </w:r>
      <w:proofErr w:type="gramEnd"/>
      <w:r w:rsidR="00E56955">
        <w:rPr>
          <w:b/>
        </w:rPr>
        <w:t xml:space="preserve"> and EdMN ID number</w:t>
      </w:r>
    </w:p>
    <w:p w14:paraId="2E781F35" w14:textId="67A549FD" w:rsidR="00705407" w:rsidRDefault="003D2D5B">
      <w:r>
        <w:rPr>
          <w:b/>
        </w:rPr>
        <w:t xml:space="preserve">From: </w:t>
      </w:r>
      <w:r w:rsidR="00751C33" w:rsidRPr="00751C33">
        <w:rPr>
          <w:b/>
          <w:color w:val="FF0000"/>
        </w:rPr>
        <w:t>LOCAL NAME</w:t>
      </w:r>
      <w:r w:rsidRPr="00751C33">
        <w:rPr>
          <w:b/>
          <w:color w:val="FF0000"/>
        </w:rPr>
        <w:t xml:space="preserve"> </w:t>
      </w:r>
      <w:r>
        <w:rPr>
          <w:b/>
        </w:rPr>
        <w:t>Leadership</w:t>
      </w:r>
    </w:p>
    <w:p w14:paraId="51520C72" w14:textId="6A6F34EA" w:rsidR="00705407" w:rsidRDefault="003D2D5B">
      <w:r>
        <w:rPr>
          <w:b/>
        </w:rPr>
        <w:t xml:space="preserve">Date: </w:t>
      </w:r>
      <w:r w:rsidR="009E4545" w:rsidRPr="53FAABFB">
        <w:rPr>
          <w:rFonts w:ascii="Calibri" w:eastAsia="Calibri" w:hAnsi="Calibri" w:cs="Calibri"/>
        </w:rPr>
        <w:fldChar w:fldCharType="begin"/>
      </w:r>
      <w:r w:rsidR="009E4545" w:rsidRPr="53FAABFB">
        <w:rPr>
          <w:rFonts w:ascii="Calibri" w:eastAsia="Calibri" w:hAnsi="Calibri" w:cs="Calibri"/>
        </w:rPr>
        <w:instrText xml:space="preserve"> DATE \@ "M/d/yyyy" </w:instrText>
      </w:r>
      <w:r w:rsidR="009E4545" w:rsidRPr="53FAABFB">
        <w:rPr>
          <w:rFonts w:ascii="Calibri" w:eastAsia="Calibri" w:hAnsi="Calibri" w:cs="Calibri"/>
        </w:rPr>
        <w:fldChar w:fldCharType="separate"/>
      </w:r>
      <w:r w:rsidR="00B23580">
        <w:rPr>
          <w:rFonts w:ascii="Calibri" w:eastAsia="Calibri" w:hAnsi="Calibri" w:cs="Calibri"/>
          <w:noProof/>
        </w:rPr>
        <w:t>5/1/2026</w:t>
      </w:r>
      <w:r w:rsidR="009E4545" w:rsidRPr="53FAABFB">
        <w:rPr>
          <w:rFonts w:ascii="Calibri" w:eastAsia="Calibri" w:hAnsi="Calibri" w:cs="Calibri"/>
        </w:rPr>
        <w:fldChar w:fldCharType="end"/>
      </w:r>
    </w:p>
    <w:p w14:paraId="45843C1F" w14:textId="1C2E6353" w:rsidR="00705407" w:rsidRDefault="003D2D5B">
      <w:r>
        <w:rPr>
          <w:b/>
        </w:rPr>
        <w:t>Subject: Union Dues While on MN Paid Leave</w:t>
      </w:r>
    </w:p>
    <w:p w14:paraId="052AF62D" w14:textId="3AA53022" w:rsidR="00705407" w:rsidRDefault="003D2D5B">
      <w:r>
        <w:t xml:space="preserve">We hope this message finds you well and that your leave </w:t>
      </w:r>
      <w:proofErr w:type="gramStart"/>
      <w:r>
        <w:t>is providing</w:t>
      </w:r>
      <w:proofErr w:type="gramEnd"/>
      <w:r>
        <w:t xml:space="preserve"> </w:t>
      </w:r>
      <w:proofErr w:type="gramStart"/>
      <w:r>
        <w:t>you</w:t>
      </w:r>
      <w:proofErr w:type="gramEnd"/>
      <w:r>
        <w:t xml:space="preserve"> the time and space you need.</w:t>
      </w:r>
    </w:p>
    <w:p w14:paraId="26FC4510" w14:textId="13098CAB" w:rsidR="00705407" w:rsidRDefault="003D2D5B">
      <w:r>
        <w:t xml:space="preserve">We are writing to share important information regarding union membership dues while you are on Minnesota Paid Leave (PML). During PML, compensation is provided through the State of Minnesota rather than </w:t>
      </w:r>
      <w:r w:rsidR="00751C33" w:rsidRPr="00751C33">
        <w:rPr>
          <w:b/>
          <w:color w:val="FF0000"/>
        </w:rPr>
        <w:t xml:space="preserve">LOCAL NAME </w:t>
      </w:r>
      <w:r w:rsidRPr="00751C33">
        <w:rPr>
          <w:b/>
          <w:color w:val="FF0000"/>
        </w:rPr>
        <w:t>Public Schools</w:t>
      </w:r>
      <w:r>
        <w:t>. Because of this, standard payroll deductions—including union dues—are not automatically processed.</w:t>
      </w:r>
    </w:p>
    <w:p w14:paraId="0832722C" w14:textId="6A2F08E7" w:rsidR="00705407" w:rsidRDefault="003D2D5B">
      <w:r>
        <w:t>We want to acknowledge that this may be new information. At the local level, we did not have clear guidance on this process when Paid Leave began on January 1, 2026. We understand this may feel unexpected, and we are committed to ensuring clearer, proactive communication moving forward so members have the information they need in advance.</w:t>
      </w:r>
    </w:p>
    <w:p w14:paraId="0AE87775" w14:textId="69060811" w:rsidR="00705407" w:rsidRDefault="003D2D5B">
      <w:r>
        <w:t xml:space="preserve">As part of our </w:t>
      </w:r>
      <w:r w:rsidR="004F26AB">
        <w:t>membership</w:t>
      </w:r>
      <w:r>
        <w:t xml:space="preserve"> with Education Minnesota, dues remain an expectation for maintaining active membership while on leave, even when payroll deduction is not in place. </w:t>
      </w:r>
      <w:r w:rsidR="004F26AB">
        <w:t>Maintaining active membership while on leave is important, and o</w:t>
      </w:r>
      <w:r>
        <w:t xml:space="preserve">ur role at </w:t>
      </w:r>
      <w:r w:rsidR="00751C33" w:rsidRPr="00751C33">
        <w:rPr>
          <w:b/>
          <w:bCs/>
          <w:color w:val="FF0000"/>
        </w:rPr>
        <w:t>LOCAL NAME</w:t>
      </w:r>
      <w:r w:rsidRPr="00751C33">
        <w:rPr>
          <w:color w:val="FF0000"/>
        </w:rPr>
        <w:t xml:space="preserve"> </w:t>
      </w:r>
      <w:r>
        <w:t xml:space="preserve">is to support you in navigating this </w:t>
      </w:r>
      <w:proofErr w:type="gramStart"/>
      <w:r>
        <w:t>in a way that is clear</w:t>
      </w:r>
      <w:proofErr w:type="gramEnd"/>
      <w:r>
        <w:t xml:space="preserve"> and manageable.</w:t>
      </w:r>
    </w:p>
    <w:p w14:paraId="2C7807A9" w14:textId="77777777" w:rsidR="000617E7" w:rsidRDefault="00522ED8">
      <w:r>
        <w:t xml:space="preserve">Your yearly total </w:t>
      </w:r>
      <w:r w:rsidR="007E6248">
        <w:t>dues obligation amount is $(yearly total dues obligati</w:t>
      </w:r>
    </w:p>
    <w:p w14:paraId="11496F71" w14:textId="717EE730" w:rsidR="00522ED8" w:rsidRDefault="007E6248">
      <w:r>
        <w:t>on)</w:t>
      </w:r>
      <w:r w:rsidR="00FA3D8F">
        <w:t>.</w:t>
      </w:r>
    </w:p>
    <w:p w14:paraId="596AE1CA" w14:textId="5681587D" w:rsidR="00FA3D8F" w:rsidRDefault="00FA3D8F">
      <w:r>
        <w:t xml:space="preserve">You have had </w:t>
      </w:r>
      <w:r w:rsidR="00E56955">
        <w:t>$(Total amount collected by payroll) collected through payroll deductions,</w:t>
      </w:r>
    </w:p>
    <w:p w14:paraId="691166B8" w14:textId="74919302" w:rsidR="00705407" w:rsidRDefault="003D2D5B">
      <w:r>
        <w:t xml:space="preserve">Based on your leave dates, your total dues amount owed is: </w:t>
      </w:r>
      <w:r w:rsidRPr="00751C33">
        <w:rPr>
          <w:b/>
          <w:bCs/>
        </w:rPr>
        <w:t>$(</w:t>
      </w:r>
      <w:r w:rsidR="00522ED8">
        <w:rPr>
          <w:b/>
          <w:bCs/>
        </w:rPr>
        <w:t>total amount due</w:t>
      </w:r>
      <w:r w:rsidRPr="00751C33">
        <w:rPr>
          <w:b/>
          <w:bCs/>
        </w:rPr>
        <w:t>).</w:t>
      </w:r>
    </w:p>
    <w:p w14:paraId="6C8CFDF2" w14:textId="203EBE23" w:rsidR="00705407" w:rsidRDefault="003D2D5B">
      <w:r>
        <w:t>If you have any questions about how this amount was calculated, please reach out</w:t>
      </w:r>
      <w:r w:rsidR="004F26AB">
        <w:t xml:space="preserve"> to the </w:t>
      </w:r>
      <w:r w:rsidR="00751C33" w:rsidRPr="00751C33">
        <w:rPr>
          <w:b/>
          <w:bCs/>
          <w:color w:val="FF0000"/>
        </w:rPr>
        <w:t>LOCAL NAME</w:t>
      </w:r>
      <w:r w:rsidR="004F26AB" w:rsidRPr="00751C33">
        <w:rPr>
          <w:color w:val="FF0000"/>
        </w:rPr>
        <w:t xml:space="preserve"> </w:t>
      </w:r>
      <w:r w:rsidR="004F26AB">
        <w:t>office</w:t>
      </w:r>
      <w:r>
        <w:t>—we are happy to walk through it with you.</w:t>
      </w:r>
    </w:p>
    <w:p w14:paraId="77F72CD0" w14:textId="37E5CA77" w:rsidR="00705407" w:rsidRPr="004F26AB" w:rsidRDefault="003D2D5B">
      <w:pPr>
        <w:rPr>
          <w:b/>
          <w:bCs/>
          <w:u w:val="single"/>
        </w:rPr>
      </w:pPr>
      <w:r w:rsidRPr="004F26AB">
        <w:rPr>
          <w:b/>
          <w:bCs/>
          <w:u w:val="single"/>
        </w:rPr>
        <w:t>Payment Options:</w:t>
      </w:r>
      <w:r w:rsidR="00B55D16">
        <w:rPr>
          <w:b/>
          <w:bCs/>
          <w:u w:val="single"/>
        </w:rPr>
        <w:t xml:space="preserve"> Please select one of the options below.</w:t>
      </w:r>
    </w:p>
    <w:p w14:paraId="204F83CC" w14:textId="77777777" w:rsidR="00FE5D0E" w:rsidRPr="00FE5D0E" w:rsidRDefault="00FE5D0E" w:rsidP="00FE5D0E">
      <w:pPr>
        <w:spacing w:before="60"/>
        <w:rPr>
          <w:i/>
          <w:iCs/>
        </w:rPr>
      </w:pPr>
      <w:r w:rsidRPr="00FE5D0E">
        <w:rPr>
          <w:i/>
          <w:iCs/>
        </w:rPr>
        <w:t>The preferred methods of payment are- </w:t>
      </w:r>
    </w:p>
    <w:p w14:paraId="257FF623" w14:textId="067F878F" w:rsidR="00FE5D0E" w:rsidRPr="00FE5D0E" w:rsidRDefault="00FE5D0E" w:rsidP="00FE5D0E">
      <w:pPr>
        <w:spacing w:before="60"/>
        <w:rPr>
          <w:i/>
          <w:iCs/>
        </w:rPr>
      </w:pPr>
      <w:r>
        <w:rPr>
          <w:i/>
          <w:iCs/>
        </w:rPr>
        <w:t>1-</w:t>
      </w:r>
      <w:r w:rsidRPr="00FE5D0E">
        <w:rPr>
          <w:i/>
          <w:iCs/>
        </w:rPr>
        <w:t>The member can make a one-time lump sum payment to the local via check. </w:t>
      </w:r>
    </w:p>
    <w:p w14:paraId="39126C11" w14:textId="7F6EF7B3" w:rsidR="00FE5D0E" w:rsidRPr="00FE5D0E" w:rsidRDefault="00FE5D0E" w:rsidP="00FE5D0E">
      <w:pPr>
        <w:spacing w:before="60"/>
        <w:rPr>
          <w:i/>
          <w:iCs/>
        </w:rPr>
      </w:pPr>
      <w:r>
        <w:rPr>
          <w:i/>
          <w:iCs/>
        </w:rPr>
        <w:t>2-</w:t>
      </w:r>
      <w:r w:rsidRPr="00FE5D0E">
        <w:rPr>
          <w:i/>
          <w:iCs/>
        </w:rPr>
        <w:t>The member can arrange a payment plan with the local over the summer via checks. </w:t>
      </w:r>
    </w:p>
    <w:p w14:paraId="12C8895E" w14:textId="2520C1C5" w:rsidR="00FE5D0E" w:rsidRPr="00FE5D0E" w:rsidRDefault="00FE5D0E" w:rsidP="00FE5D0E">
      <w:pPr>
        <w:spacing w:before="60"/>
        <w:rPr>
          <w:i/>
          <w:iCs/>
        </w:rPr>
      </w:pPr>
      <w:r>
        <w:rPr>
          <w:i/>
          <w:iCs/>
        </w:rPr>
        <w:t>3-</w:t>
      </w:r>
      <w:r w:rsidRPr="00FE5D0E">
        <w:rPr>
          <w:i/>
          <w:iCs/>
        </w:rPr>
        <w:t>The member can choose to pay the amount due in next year’s payroll deductions. The local needs to inform payroll of the increased payroll deduction amount. </w:t>
      </w:r>
    </w:p>
    <w:p w14:paraId="1102F04C" w14:textId="77777777" w:rsidR="004B16B8" w:rsidRPr="004B16B8" w:rsidRDefault="004B16B8" w:rsidP="004B16B8">
      <w:pPr>
        <w:spacing w:before="60"/>
        <w:rPr>
          <w:i/>
          <w:iCs/>
        </w:rPr>
      </w:pPr>
      <w:r w:rsidRPr="004B16B8">
        <w:rPr>
          <w:i/>
          <w:iCs/>
        </w:rPr>
        <w:lastRenderedPageBreak/>
        <w:t>If the above methods are not possible- </w:t>
      </w:r>
    </w:p>
    <w:p w14:paraId="38C95DF0" w14:textId="77777777" w:rsidR="004B16B8" w:rsidRPr="004B16B8" w:rsidRDefault="004B16B8" w:rsidP="004B16B8">
      <w:pPr>
        <w:spacing w:before="60"/>
        <w:rPr>
          <w:i/>
          <w:iCs/>
        </w:rPr>
      </w:pPr>
      <w:r w:rsidRPr="004B16B8">
        <w:rPr>
          <w:i/>
          <w:iCs/>
        </w:rPr>
        <w:t>The member can make a one-time lump sum payment to EdMN via CC.  </w:t>
      </w:r>
    </w:p>
    <w:p w14:paraId="4A1373DE" w14:textId="0F67DFC0" w:rsidR="004A60A3" w:rsidRPr="004A60A3" w:rsidRDefault="004A60A3" w:rsidP="004A60A3">
      <w:pPr>
        <w:spacing w:before="60"/>
        <w:rPr>
          <w:i/>
          <w:iCs/>
        </w:rPr>
      </w:pPr>
      <w:r w:rsidRPr="004A60A3">
        <w:rPr>
          <w:i/>
          <w:iCs/>
        </w:rPr>
        <w:t>The local needs to provide basic information</w:t>
      </w:r>
      <w:r>
        <w:rPr>
          <w:i/>
          <w:iCs/>
        </w:rPr>
        <w:t xml:space="preserve"> </w:t>
      </w:r>
      <w:r w:rsidRPr="004A60A3">
        <w:rPr>
          <w:i/>
          <w:iCs/>
        </w:rPr>
        <w:t>to Education Minnesota via </w:t>
      </w:r>
      <w:hyperlink r:id="rId9" w:tgtFrame="_blank" w:history="1">
        <w:r w:rsidRPr="004A60A3">
          <w:rPr>
            <w:rStyle w:val="Hyperlink"/>
            <w:i/>
            <w:iCs/>
          </w:rPr>
          <w:t>https://educationminnesota.org/loa-information/</w:t>
        </w:r>
      </w:hyperlink>
      <w:r w:rsidRPr="004A60A3">
        <w:rPr>
          <w:i/>
          <w:iCs/>
        </w:rPr>
        <w:t>.  </w:t>
      </w:r>
    </w:p>
    <w:p w14:paraId="6750E749" w14:textId="77777777" w:rsidR="004A60A3" w:rsidRPr="004A60A3" w:rsidRDefault="004A60A3" w:rsidP="004A60A3">
      <w:pPr>
        <w:spacing w:before="60"/>
        <w:rPr>
          <w:i/>
          <w:iCs/>
        </w:rPr>
      </w:pPr>
      <w:r w:rsidRPr="004A60A3">
        <w:rPr>
          <w:i/>
          <w:iCs/>
        </w:rPr>
        <w:t>This form and CC payments will be available May15</w:t>
      </w:r>
      <w:r w:rsidRPr="004A60A3">
        <w:rPr>
          <w:i/>
          <w:iCs/>
          <w:vertAlign w:val="superscript"/>
        </w:rPr>
        <w:t>th</w:t>
      </w:r>
      <w:r w:rsidRPr="004A60A3">
        <w:rPr>
          <w:i/>
          <w:iCs/>
        </w:rPr>
        <w:t>. Feel free to bookmark this site. It will house ongoing LOA resources.  </w:t>
      </w:r>
    </w:p>
    <w:p w14:paraId="25C5BAFB" w14:textId="77777777" w:rsidR="004A60A3" w:rsidRPr="004A60A3" w:rsidRDefault="004A60A3" w:rsidP="004A60A3">
      <w:pPr>
        <w:spacing w:before="60"/>
        <w:rPr>
          <w:i/>
          <w:iCs/>
        </w:rPr>
      </w:pPr>
      <w:r w:rsidRPr="004A60A3">
        <w:rPr>
          <w:i/>
          <w:iCs/>
        </w:rPr>
        <w:t>The form is going to ask for the member’s name, EdMN ID number, AC level prior to the leave, total year combined dues obligation amount, the total amount collected (or will be collected) by district payroll, and the total amount remaining to collect. </w:t>
      </w:r>
    </w:p>
    <w:p w14:paraId="045CA5F0" w14:textId="77777777" w:rsidR="00FE5D0E" w:rsidRDefault="00FE5D0E" w:rsidP="00E060ED">
      <w:pPr>
        <w:spacing w:before="60"/>
        <w:rPr>
          <w:i/>
          <w:iCs/>
        </w:rPr>
      </w:pPr>
    </w:p>
    <w:p w14:paraId="1639A16C" w14:textId="77777777" w:rsidR="00C8436C" w:rsidRDefault="00C8436C"/>
    <w:p w14:paraId="72E8E9D4" w14:textId="02082AB7" w:rsidR="00705407" w:rsidRDefault="003D2D5B">
      <w:r>
        <w:t xml:space="preserve">All payments are made directly to </w:t>
      </w:r>
      <w:r w:rsidR="00751C33" w:rsidRPr="00751C33">
        <w:rPr>
          <w:b/>
          <w:bCs/>
          <w:color w:val="FF0000"/>
        </w:rPr>
        <w:t>LOCAL NAME</w:t>
      </w:r>
      <w:r>
        <w:t>.</w:t>
      </w:r>
    </w:p>
    <w:p w14:paraId="6C5F723C" w14:textId="77777777" w:rsidR="00705407" w:rsidRPr="004F26AB" w:rsidRDefault="003D2D5B">
      <w:pPr>
        <w:rPr>
          <w:b/>
          <w:bCs/>
          <w:u w:val="single"/>
        </w:rPr>
      </w:pPr>
      <w:r w:rsidRPr="004F26AB">
        <w:rPr>
          <w:b/>
          <w:bCs/>
          <w:u w:val="single"/>
        </w:rPr>
        <w:t>Payment Details:</w:t>
      </w:r>
    </w:p>
    <w:p w14:paraId="24AE4A54" w14:textId="1C1FE80A" w:rsidR="00705407" w:rsidRDefault="003D2D5B">
      <w:r>
        <w:t xml:space="preserve">Please make checks payable to: </w:t>
      </w:r>
      <w:r w:rsidR="00751C33" w:rsidRPr="00751C33">
        <w:rPr>
          <w:b/>
          <w:color w:val="FF0000"/>
        </w:rPr>
        <w:t>LOCAL NAME</w:t>
      </w:r>
    </w:p>
    <w:p w14:paraId="4D664CF6" w14:textId="77777777" w:rsidR="00705407" w:rsidRPr="003D2D5B" w:rsidRDefault="003D2D5B">
      <w:pPr>
        <w:rPr>
          <w:u w:val="single"/>
        </w:rPr>
      </w:pPr>
      <w:r w:rsidRPr="003D2D5B">
        <w:rPr>
          <w:u w:val="single"/>
        </w:rPr>
        <w:t>Mail to:</w:t>
      </w:r>
    </w:p>
    <w:p w14:paraId="3AB50B5F" w14:textId="6342803F" w:rsidR="004F26AB" w:rsidRDefault="00751C33" w:rsidP="003D2D5B">
      <w:pPr>
        <w:spacing w:after="0" w:line="240" w:lineRule="auto"/>
      </w:pPr>
      <w:r w:rsidRPr="00751C33">
        <w:rPr>
          <w:b/>
          <w:bCs/>
          <w:color w:val="FF0000"/>
        </w:rPr>
        <w:t>LOCAL NAME</w:t>
      </w:r>
      <w:r w:rsidR="004F26AB" w:rsidRPr="00751C33">
        <w:rPr>
          <w:color w:val="FF0000"/>
        </w:rPr>
        <w:t xml:space="preserve"> </w:t>
      </w:r>
      <w:r w:rsidR="004F26AB">
        <w:t>Office</w:t>
      </w:r>
    </w:p>
    <w:p w14:paraId="6CDF0D5E" w14:textId="677D30DC" w:rsidR="004F26AB" w:rsidRDefault="00751C33" w:rsidP="003D2D5B">
      <w:pPr>
        <w:spacing w:after="0" w:line="240" w:lineRule="auto"/>
      </w:pPr>
      <w:r>
        <w:t>Address</w:t>
      </w:r>
    </w:p>
    <w:p w14:paraId="33D13D61" w14:textId="1E766BF1" w:rsidR="004F26AB" w:rsidRDefault="00751C33" w:rsidP="003D2D5B">
      <w:pPr>
        <w:spacing w:after="0" w:line="240" w:lineRule="auto"/>
      </w:pPr>
      <w:r>
        <w:t>City,</w:t>
      </w:r>
      <w:r w:rsidR="004F26AB">
        <w:t xml:space="preserve"> </w:t>
      </w:r>
      <w:r>
        <w:t>State</w:t>
      </w:r>
      <w:r w:rsidR="004F26AB">
        <w:t xml:space="preserve"> </w:t>
      </w:r>
      <w:r>
        <w:t>Zip</w:t>
      </w:r>
    </w:p>
    <w:p w14:paraId="1EF04112" w14:textId="29FCB027" w:rsidR="004F26AB" w:rsidRDefault="004F26AB" w:rsidP="003D2D5B">
      <w:pPr>
        <w:spacing w:after="0" w:line="240" w:lineRule="auto"/>
      </w:pPr>
      <w:r>
        <w:t>c/</w:t>
      </w:r>
      <w:proofErr w:type="gramStart"/>
      <w:r>
        <w:t>o</w:t>
      </w:r>
      <w:r w:rsidR="00751C33">
        <w:t xml:space="preserve">  </w:t>
      </w:r>
      <w:r w:rsidR="00751C33" w:rsidRPr="00751C33">
        <w:rPr>
          <w:b/>
          <w:bCs/>
        </w:rPr>
        <w:t>Local</w:t>
      </w:r>
      <w:proofErr w:type="gramEnd"/>
      <w:r w:rsidR="00751C33" w:rsidRPr="00751C33">
        <w:rPr>
          <w:b/>
          <w:bCs/>
        </w:rPr>
        <w:t xml:space="preserve"> </w:t>
      </w:r>
      <w:r w:rsidR="00751C33" w:rsidRPr="00751C33">
        <w:rPr>
          <w:b/>
          <w:bCs/>
          <w:color w:val="FF0000"/>
        </w:rPr>
        <w:t>Treasurer Name</w:t>
      </w:r>
      <w:r>
        <w:t xml:space="preserve">, </w:t>
      </w:r>
      <w:r w:rsidR="00751C33" w:rsidRPr="00751C33">
        <w:rPr>
          <w:b/>
          <w:bCs/>
          <w:color w:val="FF0000"/>
        </w:rPr>
        <w:t>LOCAL NAME</w:t>
      </w:r>
      <w:r w:rsidRPr="00751C33">
        <w:rPr>
          <w:color w:val="FF0000"/>
        </w:rPr>
        <w:t xml:space="preserve"> </w:t>
      </w:r>
      <w:r>
        <w:t>Treasurer</w:t>
      </w:r>
    </w:p>
    <w:p w14:paraId="198074FB" w14:textId="77777777" w:rsidR="003D2D5B" w:rsidRDefault="003D2D5B" w:rsidP="003D2D5B">
      <w:pPr>
        <w:spacing w:after="0" w:line="240" w:lineRule="auto"/>
      </w:pPr>
    </w:p>
    <w:p w14:paraId="0D2C0384" w14:textId="62B6B924" w:rsidR="00705407" w:rsidRDefault="003D2D5B">
      <w:r>
        <w:t>If you would like support selecting a payment option or setting up a plan, please reach out</w:t>
      </w:r>
      <w:r w:rsidR="004F26AB">
        <w:t xml:space="preserve"> to </w:t>
      </w:r>
      <w:r>
        <w:t xml:space="preserve">the </w:t>
      </w:r>
      <w:r w:rsidR="00751C33" w:rsidRPr="00751C33">
        <w:rPr>
          <w:b/>
          <w:bCs/>
          <w:color w:val="FF0000"/>
        </w:rPr>
        <w:t>LOCAL NAME</w:t>
      </w:r>
      <w:r w:rsidRPr="00751C33">
        <w:rPr>
          <w:color w:val="FF0000"/>
        </w:rPr>
        <w:t xml:space="preserve"> </w:t>
      </w:r>
      <w:r>
        <w:t>office—we are here to work with you.</w:t>
      </w:r>
    </w:p>
    <w:p w14:paraId="5C9DA45D" w14:textId="02A129BC" w:rsidR="00705407" w:rsidRDefault="003D2D5B">
      <w:r>
        <w:t>As we move through the remainder of this school year, our focus is on supporting members currently on leave. Looking ahead, we will ensure this information is clearly communicated in advance so members can plan accordingly.</w:t>
      </w:r>
    </w:p>
    <w:p w14:paraId="637895D4" w14:textId="2DAB0574" w:rsidR="00705407" w:rsidRDefault="003D2D5B">
      <w:r>
        <w:t xml:space="preserve">Please contact </w:t>
      </w:r>
      <w:r w:rsidR="003A6AFB">
        <w:rPr>
          <w:b/>
          <w:bCs/>
          <w:color w:val="FF0000"/>
        </w:rPr>
        <w:t>Treasurer Name</w:t>
      </w:r>
      <w:r w:rsidRPr="00751C33">
        <w:rPr>
          <w:color w:val="FF0000"/>
        </w:rPr>
        <w:t xml:space="preserve"> </w:t>
      </w:r>
      <w:r>
        <w:t xml:space="preserve">at </w:t>
      </w:r>
      <w:r w:rsidR="003A6AFB">
        <w:t xml:space="preserve">Treasurer </w:t>
      </w:r>
      <w:r w:rsidR="00751C33" w:rsidRPr="00751C33">
        <w:rPr>
          <w:b/>
          <w:bCs/>
          <w:color w:val="FF0000"/>
        </w:rPr>
        <w:t>EMAIL</w:t>
      </w:r>
      <w:r w:rsidRPr="00751C33">
        <w:rPr>
          <w:color w:val="FF0000"/>
        </w:rPr>
        <w:t xml:space="preserve"> </w:t>
      </w:r>
      <w:r>
        <w:t>with any questions or to set up a payment plan.</w:t>
      </w:r>
    </w:p>
    <w:p w14:paraId="2418E060" w14:textId="77777777" w:rsidR="00705407" w:rsidRDefault="003D2D5B">
      <w:r>
        <w:t>Thank you for your continued membership and all you contribute to our schools and community.</w:t>
      </w:r>
    </w:p>
    <w:p w14:paraId="4C9ED086" w14:textId="47594D5D" w:rsidR="003D2D5B" w:rsidRDefault="003D2D5B">
      <w:r>
        <w:t>Sincerely,</w:t>
      </w:r>
    </w:p>
    <w:p w14:paraId="69648E1A" w14:textId="4E059243" w:rsidR="00705407" w:rsidRPr="00751C33" w:rsidRDefault="00751C33">
      <w:pPr>
        <w:rPr>
          <w:b/>
          <w:bCs/>
          <w:color w:val="FF0000"/>
        </w:rPr>
      </w:pPr>
      <w:r w:rsidRPr="00751C33">
        <w:rPr>
          <w:b/>
          <w:bCs/>
          <w:color w:val="FF0000"/>
        </w:rPr>
        <w:t>NAME</w:t>
      </w:r>
    </w:p>
    <w:sectPr w:rsidR="00705407" w:rsidRPr="00751C3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511EEB"/>
    <w:multiLevelType w:val="hybridMultilevel"/>
    <w:tmpl w:val="9530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07EC3"/>
    <w:multiLevelType w:val="hybridMultilevel"/>
    <w:tmpl w:val="CE7281A2"/>
    <w:lvl w:ilvl="0" w:tplc="6DF0F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985868">
    <w:abstractNumId w:val="8"/>
  </w:num>
  <w:num w:numId="2" w16cid:durableId="9646950">
    <w:abstractNumId w:val="6"/>
  </w:num>
  <w:num w:numId="3" w16cid:durableId="472259568">
    <w:abstractNumId w:val="5"/>
  </w:num>
  <w:num w:numId="4" w16cid:durableId="975136745">
    <w:abstractNumId w:val="4"/>
  </w:num>
  <w:num w:numId="5" w16cid:durableId="1114010403">
    <w:abstractNumId w:val="7"/>
  </w:num>
  <w:num w:numId="6" w16cid:durableId="1824619556">
    <w:abstractNumId w:val="3"/>
  </w:num>
  <w:num w:numId="7" w16cid:durableId="842471376">
    <w:abstractNumId w:val="2"/>
  </w:num>
  <w:num w:numId="8" w16cid:durableId="374500181">
    <w:abstractNumId w:val="1"/>
  </w:num>
  <w:num w:numId="9" w16cid:durableId="851139158">
    <w:abstractNumId w:val="0"/>
  </w:num>
  <w:num w:numId="10" w16cid:durableId="1001199691">
    <w:abstractNumId w:val="10"/>
  </w:num>
  <w:num w:numId="11" w16cid:durableId="9669310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7E7"/>
    <w:rsid w:val="00087B45"/>
    <w:rsid w:val="000A2F9E"/>
    <w:rsid w:val="000C503A"/>
    <w:rsid w:val="00143B11"/>
    <w:rsid w:val="0015074B"/>
    <w:rsid w:val="001841BB"/>
    <w:rsid w:val="001C7B74"/>
    <w:rsid w:val="001D2C4E"/>
    <w:rsid w:val="00287179"/>
    <w:rsid w:val="0029639D"/>
    <w:rsid w:val="00326F90"/>
    <w:rsid w:val="0034470A"/>
    <w:rsid w:val="00354631"/>
    <w:rsid w:val="003666C8"/>
    <w:rsid w:val="003A6AFB"/>
    <w:rsid w:val="003D2D5B"/>
    <w:rsid w:val="004A60A3"/>
    <w:rsid w:val="004B16B8"/>
    <w:rsid w:val="004F26AB"/>
    <w:rsid w:val="00522ED8"/>
    <w:rsid w:val="005C12CA"/>
    <w:rsid w:val="0061466A"/>
    <w:rsid w:val="006615E7"/>
    <w:rsid w:val="00705407"/>
    <w:rsid w:val="00751C33"/>
    <w:rsid w:val="007A6A12"/>
    <w:rsid w:val="007E6248"/>
    <w:rsid w:val="00954A4D"/>
    <w:rsid w:val="009E4545"/>
    <w:rsid w:val="00A34C18"/>
    <w:rsid w:val="00AA1D8D"/>
    <w:rsid w:val="00AF4D6C"/>
    <w:rsid w:val="00B23580"/>
    <w:rsid w:val="00B431B7"/>
    <w:rsid w:val="00B47730"/>
    <w:rsid w:val="00B55D16"/>
    <w:rsid w:val="00C13BDD"/>
    <w:rsid w:val="00C8436C"/>
    <w:rsid w:val="00CB0664"/>
    <w:rsid w:val="00CB529A"/>
    <w:rsid w:val="00CE38C0"/>
    <w:rsid w:val="00DB18CF"/>
    <w:rsid w:val="00E060ED"/>
    <w:rsid w:val="00E56955"/>
    <w:rsid w:val="00E56B8D"/>
    <w:rsid w:val="00EA5418"/>
    <w:rsid w:val="00EC7787"/>
    <w:rsid w:val="00F077CF"/>
    <w:rsid w:val="00FA3D8F"/>
    <w:rsid w:val="00FC693F"/>
    <w:rsid w:val="00FE5D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472BA3"/>
  <w14:defaultImageDpi w14:val="300"/>
  <w15:docId w15:val="{AA50B8CF-E39D-4859-BAC0-5ED32EF5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D2D5B"/>
    <w:rPr>
      <w:color w:val="0000FF" w:themeColor="hyperlink"/>
      <w:u w:val="single"/>
    </w:rPr>
  </w:style>
  <w:style w:type="character" w:styleId="UnresolvedMention">
    <w:name w:val="Unresolved Mention"/>
    <w:basedOn w:val="DefaultParagraphFont"/>
    <w:uiPriority w:val="99"/>
    <w:semiHidden/>
    <w:unhideWhenUsed/>
    <w:rsid w:val="003D2D5B"/>
    <w:rPr>
      <w:color w:val="605E5C"/>
      <w:shd w:val="clear" w:color="auto" w:fill="E1DFDD"/>
    </w:rPr>
  </w:style>
  <w:style w:type="character" w:styleId="PlaceholderText">
    <w:name w:val="Placeholder Text"/>
    <w:basedOn w:val="DefaultParagraphFont"/>
    <w:uiPriority w:val="99"/>
    <w:semiHidden/>
    <w:rsid w:val="00751C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5904">
      <w:bodyDiv w:val="1"/>
      <w:marLeft w:val="0"/>
      <w:marRight w:val="0"/>
      <w:marTop w:val="0"/>
      <w:marBottom w:val="0"/>
      <w:divBdr>
        <w:top w:val="none" w:sz="0" w:space="0" w:color="auto"/>
        <w:left w:val="none" w:sz="0" w:space="0" w:color="auto"/>
        <w:bottom w:val="none" w:sz="0" w:space="0" w:color="auto"/>
        <w:right w:val="none" w:sz="0" w:space="0" w:color="auto"/>
      </w:divBdr>
      <w:divsChild>
        <w:div w:id="1091707446">
          <w:marLeft w:val="0"/>
          <w:marRight w:val="0"/>
          <w:marTop w:val="0"/>
          <w:marBottom w:val="0"/>
          <w:divBdr>
            <w:top w:val="none" w:sz="0" w:space="0" w:color="auto"/>
            <w:left w:val="none" w:sz="0" w:space="0" w:color="auto"/>
            <w:bottom w:val="none" w:sz="0" w:space="0" w:color="auto"/>
            <w:right w:val="none" w:sz="0" w:space="0" w:color="auto"/>
          </w:divBdr>
        </w:div>
        <w:div w:id="2113939218">
          <w:marLeft w:val="0"/>
          <w:marRight w:val="0"/>
          <w:marTop w:val="0"/>
          <w:marBottom w:val="0"/>
          <w:divBdr>
            <w:top w:val="none" w:sz="0" w:space="0" w:color="auto"/>
            <w:left w:val="none" w:sz="0" w:space="0" w:color="auto"/>
            <w:bottom w:val="none" w:sz="0" w:space="0" w:color="auto"/>
            <w:right w:val="none" w:sz="0" w:space="0" w:color="auto"/>
          </w:divBdr>
        </w:div>
      </w:divsChild>
    </w:div>
    <w:div w:id="471749391">
      <w:bodyDiv w:val="1"/>
      <w:marLeft w:val="0"/>
      <w:marRight w:val="0"/>
      <w:marTop w:val="0"/>
      <w:marBottom w:val="0"/>
      <w:divBdr>
        <w:top w:val="none" w:sz="0" w:space="0" w:color="auto"/>
        <w:left w:val="none" w:sz="0" w:space="0" w:color="auto"/>
        <w:bottom w:val="none" w:sz="0" w:space="0" w:color="auto"/>
        <w:right w:val="none" w:sz="0" w:space="0" w:color="auto"/>
      </w:divBdr>
      <w:divsChild>
        <w:div w:id="1370842621">
          <w:marLeft w:val="0"/>
          <w:marRight w:val="0"/>
          <w:marTop w:val="0"/>
          <w:marBottom w:val="0"/>
          <w:divBdr>
            <w:top w:val="none" w:sz="0" w:space="0" w:color="auto"/>
            <w:left w:val="none" w:sz="0" w:space="0" w:color="auto"/>
            <w:bottom w:val="none" w:sz="0" w:space="0" w:color="auto"/>
            <w:right w:val="none" w:sz="0" w:space="0" w:color="auto"/>
          </w:divBdr>
        </w:div>
        <w:div w:id="923493652">
          <w:marLeft w:val="0"/>
          <w:marRight w:val="0"/>
          <w:marTop w:val="0"/>
          <w:marBottom w:val="0"/>
          <w:divBdr>
            <w:top w:val="none" w:sz="0" w:space="0" w:color="auto"/>
            <w:left w:val="none" w:sz="0" w:space="0" w:color="auto"/>
            <w:bottom w:val="none" w:sz="0" w:space="0" w:color="auto"/>
            <w:right w:val="none" w:sz="0" w:space="0" w:color="auto"/>
          </w:divBdr>
        </w:div>
        <w:div w:id="1531338179">
          <w:marLeft w:val="0"/>
          <w:marRight w:val="0"/>
          <w:marTop w:val="0"/>
          <w:marBottom w:val="0"/>
          <w:divBdr>
            <w:top w:val="none" w:sz="0" w:space="0" w:color="auto"/>
            <w:left w:val="none" w:sz="0" w:space="0" w:color="auto"/>
            <w:bottom w:val="none" w:sz="0" w:space="0" w:color="auto"/>
            <w:right w:val="none" w:sz="0" w:space="0" w:color="auto"/>
          </w:divBdr>
        </w:div>
      </w:divsChild>
    </w:div>
    <w:div w:id="929584575">
      <w:bodyDiv w:val="1"/>
      <w:marLeft w:val="0"/>
      <w:marRight w:val="0"/>
      <w:marTop w:val="0"/>
      <w:marBottom w:val="0"/>
      <w:divBdr>
        <w:top w:val="none" w:sz="0" w:space="0" w:color="auto"/>
        <w:left w:val="none" w:sz="0" w:space="0" w:color="auto"/>
        <w:bottom w:val="none" w:sz="0" w:space="0" w:color="auto"/>
        <w:right w:val="none" w:sz="0" w:space="0" w:color="auto"/>
      </w:divBdr>
      <w:divsChild>
        <w:div w:id="701325527">
          <w:marLeft w:val="0"/>
          <w:marRight w:val="0"/>
          <w:marTop w:val="0"/>
          <w:marBottom w:val="0"/>
          <w:divBdr>
            <w:top w:val="none" w:sz="0" w:space="0" w:color="auto"/>
            <w:left w:val="none" w:sz="0" w:space="0" w:color="auto"/>
            <w:bottom w:val="none" w:sz="0" w:space="0" w:color="auto"/>
            <w:right w:val="none" w:sz="0" w:space="0" w:color="auto"/>
          </w:divBdr>
        </w:div>
        <w:div w:id="820461481">
          <w:marLeft w:val="0"/>
          <w:marRight w:val="0"/>
          <w:marTop w:val="0"/>
          <w:marBottom w:val="0"/>
          <w:divBdr>
            <w:top w:val="none" w:sz="0" w:space="0" w:color="auto"/>
            <w:left w:val="none" w:sz="0" w:space="0" w:color="auto"/>
            <w:bottom w:val="none" w:sz="0" w:space="0" w:color="auto"/>
            <w:right w:val="none" w:sz="0" w:space="0" w:color="auto"/>
          </w:divBdr>
        </w:div>
        <w:div w:id="1682508065">
          <w:marLeft w:val="0"/>
          <w:marRight w:val="0"/>
          <w:marTop w:val="0"/>
          <w:marBottom w:val="0"/>
          <w:divBdr>
            <w:top w:val="none" w:sz="0" w:space="0" w:color="auto"/>
            <w:left w:val="none" w:sz="0" w:space="0" w:color="auto"/>
            <w:bottom w:val="none" w:sz="0" w:space="0" w:color="auto"/>
            <w:right w:val="none" w:sz="0" w:space="0" w:color="auto"/>
          </w:divBdr>
        </w:div>
        <w:div w:id="1387756407">
          <w:marLeft w:val="0"/>
          <w:marRight w:val="0"/>
          <w:marTop w:val="0"/>
          <w:marBottom w:val="0"/>
          <w:divBdr>
            <w:top w:val="none" w:sz="0" w:space="0" w:color="auto"/>
            <w:left w:val="none" w:sz="0" w:space="0" w:color="auto"/>
            <w:bottom w:val="none" w:sz="0" w:space="0" w:color="auto"/>
            <w:right w:val="none" w:sz="0" w:space="0" w:color="auto"/>
          </w:divBdr>
        </w:div>
      </w:divsChild>
    </w:div>
    <w:div w:id="995570411">
      <w:bodyDiv w:val="1"/>
      <w:marLeft w:val="0"/>
      <w:marRight w:val="0"/>
      <w:marTop w:val="0"/>
      <w:marBottom w:val="0"/>
      <w:divBdr>
        <w:top w:val="none" w:sz="0" w:space="0" w:color="auto"/>
        <w:left w:val="none" w:sz="0" w:space="0" w:color="auto"/>
        <w:bottom w:val="none" w:sz="0" w:space="0" w:color="auto"/>
        <w:right w:val="none" w:sz="0" w:space="0" w:color="auto"/>
      </w:divBdr>
      <w:divsChild>
        <w:div w:id="548345270">
          <w:marLeft w:val="0"/>
          <w:marRight w:val="0"/>
          <w:marTop w:val="0"/>
          <w:marBottom w:val="0"/>
          <w:divBdr>
            <w:top w:val="none" w:sz="0" w:space="0" w:color="auto"/>
            <w:left w:val="none" w:sz="0" w:space="0" w:color="auto"/>
            <w:bottom w:val="none" w:sz="0" w:space="0" w:color="auto"/>
            <w:right w:val="none" w:sz="0" w:space="0" w:color="auto"/>
          </w:divBdr>
        </w:div>
        <w:div w:id="1886672783">
          <w:marLeft w:val="0"/>
          <w:marRight w:val="0"/>
          <w:marTop w:val="0"/>
          <w:marBottom w:val="0"/>
          <w:divBdr>
            <w:top w:val="none" w:sz="0" w:space="0" w:color="auto"/>
            <w:left w:val="none" w:sz="0" w:space="0" w:color="auto"/>
            <w:bottom w:val="none" w:sz="0" w:space="0" w:color="auto"/>
            <w:right w:val="none" w:sz="0" w:space="0" w:color="auto"/>
          </w:divBdr>
        </w:div>
        <w:div w:id="665402640">
          <w:marLeft w:val="0"/>
          <w:marRight w:val="0"/>
          <w:marTop w:val="0"/>
          <w:marBottom w:val="0"/>
          <w:divBdr>
            <w:top w:val="none" w:sz="0" w:space="0" w:color="auto"/>
            <w:left w:val="none" w:sz="0" w:space="0" w:color="auto"/>
            <w:bottom w:val="none" w:sz="0" w:space="0" w:color="auto"/>
            <w:right w:val="none" w:sz="0" w:space="0" w:color="auto"/>
          </w:divBdr>
        </w:div>
        <w:div w:id="865020402">
          <w:marLeft w:val="0"/>
          <w:marRight w:val="0"/>
          <w:marTop w:val="0"/>
          <w:marBottom w:val="0"/>
          <w:divBdr>
            <w:top w:val="none" w:sz="0" w:space="0" w:color="auto"/>
            <w:left w:val="none" w:sz="0" w:space="0" w:color="auto"/>
            <w:bottom w:val="none" w:sz="0" w:space="0" w:color="auto"/>
            <w:right w:val="none" w:sz="0" w:space="0" w:color="auto"/>
          </w:divBdr>
        </w:div>
      </w:divsChild>
    </w:div>
    <w:div w:id="1429420867">
      <w:bodyDiv w:val="1"/>
      <w:marLeft w:val="0"/>
      <w:marRight w:val="0"/>
      <w:marTop w:val="0"/>
      <w:marBottom w:val="0"/>
      <w:divBdr>
        <w:top w:val="none" w:sz="0" w:space="0" w:color="auto"/>
        <w:left w:val="none" w:sz="0" w:space="0" w:color="auto"/>
        <w:bottom w:val="none" w:sz="0" w:space="0" w:color="auto"/>
        <w:right w:val="none" w:sz="0" w:space="0" w:color="auto"/>
      </w:divBdr>
      <w:divsChild>
        <w:div w:id="905383711">
          <w:marLeft w:val="0"/>
          <w:marRight w:val="0"/>
          <w:marTop w:val="0"/>
          <w:marBottom w:val="0"/>
          <w:divBdr>
            <w:top w:val="none" w:sz="0" w:space="0" w:color="auto"/>
            <w:left w:val="none" w:sz="0" w:space="0" w:color="auto"/>
            <w:bottom w:val="none" w:sz="0" w:space="0" w:color="auto"/>
            <w:right w:val="none" w:sz="0" w:space="0" w:color="auto"/>
          </w:divBdr>
        </w:div>
        <w:div w:id="758210813">
          <w:marLeft w:val="0"/>
          <w:marRight w:val="0"/>
          <w:marTop w:val="0"/>
          <w:marBottom w:val="0"/>
          <w:divBdr>
            <w:top w:val="none" w:sz="0" w:space="0" w:color="auto"/>
            <w:left w:val="none" w:sz="0" w:space="0" w:color="auto"/>
            <w:bottom w:val="none" w:sz="0" w:space="0" w:color="auto"/>
            <w:right w:val="none" w:sz="0" w:space="0" w:color="auto"/>
          </w:divBdr>
        </w:div>
        <w:div w:id="1643343351">
          <w:marLeft w:val="0"/>
          <w:marRight w:val="0"/>
          <w:marTop w:val="0"/>
          <w:marBottom w:val="0"/>
          <w:divBdr>
            <w:top w:val="none" w:sz="0" w:space="0" w:color="auto"/>
            <w:left w:val="none" w:sz="0" w:space="0" w:color="auto"/>
            <w:bottom w:val="none" w:sz="0" w:space="0" w:color="auto"/>
            <w:right w:val="none" w:sz="0" w:space="0" w:color="auto"/>
          </w:divBdr>
        </w:div>
      </w:divsChild>
    </w:div>
    <w:div w:id="2102213632">
      <w:bodyDiv w:val="1"/>
      <w:marLeft w:val="0"/>
      <w:marRight w:val="0"/>
      <w:marTop w:val="0"/>
      <w:marBottom w:val="0"/>
      <w:divBdr>
        <w:top w:val="none" w:sz="0" w:space="0" w:color="auto"/>
        <w:left w:val="none" w:sz="0" w:space="0" w:color="auto"/>
        <w:bottom w:val="none" w:sz="0" w:space="0" w:color="auto"/>
        <w:right w:val="none" w:sz="0" w:space="0" w:color="auto"/>
      </w:divBdr>
      <w:divsChild>
        <w:div w:id="1841699484">
          <w:marLeft w:val="0"/>
          <w:marRight w:val="0"/>
          <w:marTop w:val="0"/>
          <w:marBottom w:val="0"/>
          <w:divBdr>
            <w:top w:val="none" w:sz="0" w:space="0" w:color="auto"/>
            <w:left w:val="none" w:sz="0" w:space="0" w:color="auto"/>
            <w:bottom w:val="none" w:sz="0" w:space="0" w:color="auto"/>
            <w:right w:val="none" w:sz="0" w:space="0" w:color="auto"/>
          </w:divBdr>
        </w:div>
        <w:div w:id="148158203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ducationminnesota.org/loa-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127AFBD50F9C488BDB7EAF5F06F69A" ma:contentTypeVersion="10" ma:contentTypeDescription="Create a new document." ma:contentTypeScope="" ma:versionID="496e0b3cc909e3c4df18a3cd0fad2dc0">
  <xsd:schema xmlns:xsd="http://www.w3.org/2001/XMLSchema" xmlns:xs="http://www.w3.org/2001/XMLSchema" xmlns:p="http://schemas.microsoft.com/office/2006/metadata/properties" xmlns:ns2="506c4894-4868-446a-bf29-a186b67a20fc" xmlns:ns3="f17cff90-0e54-4954-870b-af692287b759" targetNamespace="http://schemas.microsoft.com/office/2006/metadata/properties" ma:root="true" ma:fieldsID="b94ce201a7337b6eb4b2a77563f66ba4" ns2:_="" ns3:_="">
    <xsd:import namespace="506c4894-4868-446a-bf29-a186b67a20fc"/>
    <xsd:import namespace="f17cff90-0e54-4954-870b-af692287b7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c4894-4868-446a-bf29-a186b67a20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cff90-0e54-4954-870b-af692287b7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5699E3-4151-48A7-B295-040D13E0E887}">
  <ds:schemaRefs>
    <ds:schemaRef ds:uri="http://schemas.microsoft.com/sharepoint/v3/contenttype/forms"/>
  </ds:schemaRefs>
</ds:datastoreItem>
</file>

<file path=customXml/itemProps2.xml><?xml version="1.0" encoding="utf-8"?>
<ds:datastoreItem xmlns:ds="http://schemas.openxmlformats.org/officeDocument/2006/customXml" ds:itemID="{9A7B0229-9818-4CE9-BA58-BAD7E5219B47}">
  <ds:schemaRefs>
    <ds:schemaRef ds:uri="http://purl.org/dc/dcmitype/"/>
    <ds:schemaRef ds:uri="http://schemas.openxmlformats.org/package/2006/metadata/core-properties"/>
    <ds:schemaRef ds:uri="http://schemas.microsoft.com/office/infopath/2007/PartnerControls"/>
    <ds:schemaRef ds:uri="http://purl.org/dc/elements/1.1/"/>
    <ds:schemaRef ds:uri="http://purl.org/dc/terms/"/>
    <ds:schemaRef ds:uri="http://www.w3.org/XML/1998/namespace"/>
    <ds:schemaRef ds:uri="http://schemas.microsoft.com/office/2006/documentManagement/types"/>
    <ds:schemaRef ds:uri="f17cff90-0e54-4954-870b-af692287b759"/>
    <ds:schemaRef ds:uri="506c4894-4868-446a-bf29-a186b67a20fc"/>
    <ds:schemaRef ds:uri="http://schemas.microsoft.com/office/2006/metadata/propertie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FCF66A6-DFAB-429F-B4C2-C5071346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c4894-4868-446a-bf29-a186b67a20fc"/>
    <ds:schemaRef ds:uri="f17cff90-0e54-4954-870b-af692287b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3263</Characters>
  <Application>Microsoft Office Word</Application>
  <DocSecurity>0</DocSecurity>
  <Lines>88</Lines>
  <Paragraphs>64</Paragraphs>
  <ScaleCrop>false</ScaleCrop>
  <HeadingPairs>
    <vt:vector size="2" baseType="variant">
      <vt:variant>
        <vt:lpstr>Title</vt:lpstr>
      </vt:variant>
      <vt:variant>
        <vt:i4>1</vt:i4>
      </vt:variant>
    </vt:vector>
  </HeadingPairs>
  <TitlesOfParts>
    <vt:vector size="1" baseType="lpstr">
      <vt:lpstr/>
    </vt:vector>
  </TitlesOfParts>
  <Manager/>
  <Company>[Date]</Company>
  <LinksUpToDate>false</LinksUpToDate>
  <CharactersWithSpaces>3465</CharactersWithSpaces>
  <SharedDoc>false</SharedDoc>
  <HyperlinkBase/>
  <HLinks>
    <vt:vector size="6" baseType="variant">
      <vt:variant>
        <vt:i4>8061040</vt:i4>
      </vt:variant>
      <vt:variant>
        <vt:i4>3</vt:i4>
      </vt:variant>
      <vt:variant>
        <vt:i4>0</vt:i4>
      </vt:variant>
      <vt:variant>
        <vt:i4>5</vt:i4>
      </vt:variant>
      <vt:variant>
        <vt:lpwstr>https://educationminnesota.org/loa-information/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Cooke, Sarah [MN]</cp:lastModifiedBy>
  <cp:revision>2</cp:revision>
  <dcterms:created xsi:type="dcterms:W3CDTF">2026-05-01T14:02:00Z</dcterms:created>
  <dcterms:modified xsi:type="dcterms:W3CDTF">2026-05-01T14:02:00Z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0x010100B1127AFBD50F9C488BDB7EAF5F06F69A</vt:lpwstr>
  </property>
</Properties>
</file>